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color w:val="17365D"/>
          <w:sz w:val="28"/>
        </w:rPr>
        <w:t>SARATOGA / 08-22-2026 — RACE 1 — PASS 1 FROZEN PRE-RACE BOARD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Decision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PASS — LIVE ODDS REQUIRED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Morning-Line Favorite / FVS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#6 Modest Maclean — ML 1.6 / D/U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WIN2-B Leader / Gap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#6 Modest Maclean / 53.13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FC / TRI Leaders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FC: #2 Imperial Anthem / TRI: #2 Imperial Anthem, #5 Uncle Barrie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Race Shape / Source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FE — MODEL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Surface / Condition / Bias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DIRT — FAST — EARLY LEAN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Scratches / Exclusions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#4 BIG FROSTY / R3 and R6 card exclusions carried forward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i/>
          <w:color w:val="202020"/>
          <w:sz w:val="13"/>
        </w:rPr>
        <w:t>PASS 1 control: freeze the post-scratch physical model, race shape, ShapeFactor, signals, rankings, ABCX and wagering plan. A later official scratch or surface change reopens PASS 0.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A — CORE / PACE / WIN ENGINES</w:t>
      </w:r>
    </w:p>
    <w:tbl>
      <w:tblPr>
        <w:tblStyle w:val="TableGrid"/>
        <w:tblW w:type="dxa" w:w="121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10"/>
        <w:gridCol w:w="2050"/>
        <w:gridCol w:w="670"/>
        <w:gridCol w:w="600"/>
        <w:gridCol w:w="840"/>
        <w:gridCol w:w="840"/>
        <w:gridCol w:w="780"/>
        <w:gridCol w:w="780"/>
        <w:gridCol w:w="780"/>
        <w:gridCol w:w="850"/>
        <w:gridCol w:w="1020"/>
        <w:gridCol w:w="1020"/>
        <w:gridCol w:w="650"/>
        <w:gridCol w:w="874"/>
      </w:tblGrid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Style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ML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PP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CPI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CB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FC×10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WIN2-B×10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WIN2-U×10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SL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EA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Teuflesdale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NA5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109.7 (5)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-76.6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79.8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71.8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144.0 (5)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-6.7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-7.0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-6.8 (5)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5.00 (5)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Imperial Anthem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NA0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108.5 (6)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-6.5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65.4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82.2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146.0 (4)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6.1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-8.0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0.3 (3)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4.00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Just Tipsy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119.5 (4)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-84.3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94.7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71.8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116.0 (6)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-12.7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-1.9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-9.4 (6)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5.00 (5)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Uncle Barrie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104.1 (7)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-43.3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76.5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79.0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148.3 (3)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2.9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-10.9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-2.6 (4)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5.25 (6)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Modest Maclean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E6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1.6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133.5 (1)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98.0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85.0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14.6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1.00 (1)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Bubster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125.2 (2)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99.6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93.4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74.6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179.0 (1)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4.2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9.2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9.6 (1)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1.75 (2)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Term Premium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122.4 (3)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14.5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83.6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72.2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156.2 (2)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-3.7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4.1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0.9 (2)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3.00 (3)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B — VERTICAL / CLASSIFICATION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950"/>
        <w:gridCol w:w="900"/>
        <w:gridCol w:w="760"/>
        <w:gridCol w:w="950"/>
        <w:gridCol w:w="720"/>
        <w:gridCol w:w="570"/>
        <w:gridCol w:w="1250"/>
        <w:gridCol w:w="5434"/>
      </w:tblGrid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TRI v2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LSW-U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JTRI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ABCX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SF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FVS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Notes / Dependency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Teuflesdale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22.5%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(4)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Imperial Anthem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27.1%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Just Tipsy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0.5 (5)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Uncle Barrie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D/L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D/L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(2); T%/JTRI D/L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Modest Maclean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29.4%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FC/W2-U D/U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Bubster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25.1%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5.0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Term Premium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(2)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35.5%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3.5 (3)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Arial" w:hAnsi="Arial"/>
          <w:b/>
          <w:color w:val="17365D"/>
          <w:sz w:val="28"/>
        </w:rPr>
        <w:t>SARATOGA / 08-22-2026 — RACE 1 — PASS 1 COMMENTARY &amp; WAGERS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SDAC — SIGNAL DISAGREEMENT AND AGREEMENT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The official A structure is #6 Modest Maclean, #7 Bubster. PP is led by #6 Modest Maclean, CPI by #7 Bubster, and WIN2-B by #6 Modest Maclean. FC is led by #2 Imperial Anthem, while the underneath WIN2-U lane is led by #7 Bubster. JTRI leads: #2 Imperial Anthem; LSW-U leads: #2 Imperial Anthem, #5 Uncle Barrie. TRI-P/S Beta remains review-only and cannot alter ABCX or wagering authority. D/U and D/L dependencies are shown on Board B.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STCC — SHAPE, TRACK CONDITION AND TACTICAL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FE is locked from MODEL. The field is projected to contain meaningful early pressure; a speed horse need not win, and late beneficiaries remain relevant. The surface is DIRT FAST; the approved starting bias is EARLY LEAN. Temporary rail settings are already frozen where applicable. No other horse receives a discretionary ShapeFactor.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FAVORITE VULNERABILITY — REVIEW ONLY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Favorite: #6 Modest Maclean | Final PASS 1 FVS: D/U | Component audit: D/U: FC or WIN2-U unavailable. FVS remains review-only and cannot create or cancel PRESS. If FC or WIN2-U is unavailable, the entire FVS remains D/U.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STEVE'S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Conditions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NOT PROVIDED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—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Owner entry 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Preserved separately from ChatGPT AI wagers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CHATGPT AI SUGGESTED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Minimum Price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 / Learning Tag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$0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 pre-live ticket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Morning-line freeze only; require PASS 2 live odds and value confirmation / PRICE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color w:val="202020"/>
          <w:sz w:val="15"/>
        </w:rPr>
        <w:t>Price discipline / cancellation conditions: Reassess at PASS 2. Cancel any prospective play after a new scratch, surface change, invalid dependency, or price below the required value threshold.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POST-RACE REVIEW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Official Finish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Observed Flow / Bias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 Result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Model Audit / Takeaway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 1 — no wager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Complete after official results</w:t>
            </w:r>
          </w:p>
        </w:tc>
      </w:tr>
    </w:tbl>
    <w:p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color w:val="17365D"/>
          <w:sz w:val="28"/>
        </w:rPr>
        <w:t>SARATOGA / 08-22-2026 — RACE 2 — PASS 1 FROZEN PRE-RACE BOARD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Decision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PASS — LIVE ODDS REQUIRED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Morning-Line Favorite / FVS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#4 Asbury Park — ML 2.0 / 5.0 HIGH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WIN2-B Leader / Gap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#4 Asbury Park / 44.17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FC / TRI Leaders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FC: #7 Arkhipov / TRI: #5 Sardis, #6 The Hidden Chamber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Race Shape / Source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LONE #1 — MODEL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Surface / Condition / Bias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TURF — FIRM — NEUTRAL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Scratches / Exclusions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None / R3 and R6 card exclusions carried forward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i/>
          <w:color w:val="202020"/>
          <w:sz w:val="13"/>
        </w:rPr>
        <w:t>PASS 1 control: freeze the post-scratch physical model, race shape, ShapeFactor, signals, rankings, ABCX and wagering plan. A later official scratch or surface change reopens PASS 0.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A — CORE / PACE / WIN ENGINES</w:t>
      </w:r>
    </w:p>
    <w:tbl>
      <w:tblPr>
        <w:tblStyle w:val="TableGrid"/>
        <w:tblW w:type="dxa" w:w="121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10"/>
        <w:gridCol w:w="2050"/>
        <w:gridCol w:w="670"/>
        <w:gridCol w:w="600"/>
        <w:gridCol w:w="840"/>
        <w:gridCol w:w="840"/>
        <w:gridCol w:w="780"/>
        <w:gridCol w:w="780"/>
        <w:gridCol w:w="780"/>
        <w:gridCol w:w="850"/>
        <w:gridCol w:w="1020"/>
        <w:gridCol w:w="1020"/>
        <w:gridCol w:w="650"/>
        <w:gridCol w:w="874"/>
      </w:tblGrid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Style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ML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PP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CPI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CB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FC×10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WIN2-B×10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WIN2-U×10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SL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EA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Rothschild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E/P7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121.0 (6)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-70.5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94.2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72.7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169.1 (2)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-1.2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-8.5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-2.0 (4)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5.50 (5)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L'Imperator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P3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79.0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61.0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Mutaawid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143.5 (3)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-17.7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59.0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88.6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150.3 (6)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-4.5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3.7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-2.0 (5)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4.00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Asbury Park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147.2 (2)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54.8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86.2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73.4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165.8 (3)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-2.8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11.9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5.7 (2)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2.50 (2)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Sardis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P1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141.0 (4)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-32.1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76.5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82.3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162.5 (5)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-0.4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-2.1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-3.9 (6)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4.00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The Hidden Chamber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140.5 (5)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6.1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64.2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97.0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163.8 (4)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7.5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-4.2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-0.3 (3)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3.75 (3)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Arkhipov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148.4 (1)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116.7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75.6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95.8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171.6 (1)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11.5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7.5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10.7 (1)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1.25 (1)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B — VERTICAL / CLASSIFICATION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950"/>
        <w:gridCol w:w="900"/>
        <w:gridCol w:w="760"/>
        <w:gridCol w:w="950"/>
        <w:gridCol w:w="720"/>
        <w:gridCol w:w="570"/>
        <w:gridCol w:w="1250"/>
        <w:gridCol w:w="5434"/>
      </w:tblGrid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TRI v2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LSW-U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JTRI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ABCX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SF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FVS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Notes / Dependency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Rothschild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24.5%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0.5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L'Imperator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D/L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D/L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FC/W2-U D/U; T%/JTRI D/L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Mutaawid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7.5 (2)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28.3%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Asbury Park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-1.0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(6)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28.9%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High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0.5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Sardis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6.5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29.4%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The Hidden Chamber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Arkhipov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35.5%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(1)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Arial" w:hAnsi="Arial"/>
          <w:b/>
          <w:color w:val="17365D"/>
          <w:sz w:val="28"/>
        </w:rPr>
        <w:t>SARATOGA / 08-22-2026 — RACE 2 — PASS 1 COMMENTARY &amp; WAGERS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SDAC — SIGNAL DISAGREEMENT AND AGREEMENT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The official A structure is #4 Asbury Park, #7 Arkhipov. PP is led by #7 Arkhipov, CPI by #7 Arkhipov, and WIN2-B by #4 Asbury Park. FC is led by #7 Arkhipov, while the underneath WIN2-U lane is led by #7 Arkhipov. JTRI leads: #6 The Hidden Chamber; LSW-U leads: #6 The Hidden Chamber. TRI-P/S Beta remains review-only and cannot alter ABCX or wagering authority. D/U and D/L dependencies are shown on Board B.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STCC — SHAPE, TRACK CONDITION AND TACTICAL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LONE #1 is locked from MODEL. The controlling LONE shape identifies #1 Rothschild as the sole deterministic Lone Speed and assigns +1.0 ShapeFactor. The surface is TURF FIRM; the approved starting bias is NEUTRAL. Temporary rail settings are already frozen where applicable. No other horse receives a discretionary ShapeFactor.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FAVORITE VULNERABILITY — REVIEW ONLY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Favorite: #4 Asbury Park | Final PASS 1 FVS: 5.0 HIGH | Component audit: Fin 2.0; Vert 2.0; CPI 0.0; Chall 1; Conn 0. FVS remains review-only and cannot create or cancel PRESS. If FC or WIN2-U is unavailable, the entire FVS remains D/U.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STEVE'S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Conditions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NOT PROVIDED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—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Owner entry 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Preserved separately from ChatGPT AI wagers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CHATGPT AI SUGGESTED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Minimum Price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 / Learning Tag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$0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 pre-live ticket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Morning-line freeze only; require PASS 2 live odds and value confirmation / PRICE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color w:val="202020"/>
          <w:sz w:val="15"/>
        </w:rPr>
        <w:t>Price discipline / cancellation conditions: Reassess at PASS 2. Cancel any prospective play after a new scratch, surface change, invalid dependency, or price below the required value threshold.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POST-RACE REVIEW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Official Finish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Observed Flow / Bias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 Result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Model Audit / Takeaway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 1 — no wager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Complete after official results</w:t>
            </w:r>
          </w:p>
        </w:tc>
      </w:tr>
    </w:tbl>
    <w:p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color w:val="17365D"/>
          <w:sz w:val="28"/>
        </w:rPr>
        <w:t>SARATOGA / 08-22-2026 — RACE 4 — PASS 1 FROZEN PRE-RACE BOARD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Decision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PASS — LIVE ODDS REQUIRED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Morning-Line Favorite / FVS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#1 Americanexpression — ML 2.0 / 4.5 HIGH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WIN2-B Leader / Gap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#1 Americanexpression / 34.24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FC / TRI Leaders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FC: #6 Five Dozen Roses / TRI: #4 Fifi La Fume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Race Shape / Source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HONEST — OWNER OVERRIDE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Surface / Condition / Bias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TURF — FIRM — NEUTRAL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Scratches / Exclusions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#10 SO VAIN, #11 AMELIA'S ECHO, #12 SUNSHINE LILY, #13 TRALEE GIRL / R3 and R6 card exclusions carried forward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i/>
          <w:color w:val="202020"/>
          <w:sz w:val="13"/>
        </w:rPr>
        <w:t>PASS 1 control: freeze the post-scratch physical model, race shape, ShapeFactor, signals, rankings, ABCX and wagering plan. A later official scratch or surface change reopens PASS 0.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A — CORE / PACE / WIN ENGINES</w:t>
      </w:r>
    </w:p>
    <w:tbl>
      <w:tblPr>
        <w:tblStyle w:val="TableGrid"/>
        <w:tblW w:type="dxa" w:w="121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10"/>
        <w:gridCol w:w="2050"/>
        <w:gridCol w:w="670"/>
        <w:gridCol w:w="600"/>
        <w:gridCol w:w="840"/>
        <w:gridCol w:w="840"/>
        <w:gridCol w:w="780"/>
        <w:gridCol w:w="780"/>
        <w:gridCol w:w="780"/>
        <w:gridCol w:w="850"/>
        <w:gridCol w:w="1020"/>
        <w:gridCol w:w="1020"/>
        <w:gridCol w:w="650"/>
        <w:gridCol w:w="874"/>
      </w:tblGrid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Style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ML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PP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CPI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CB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FC×10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WIN2-B×10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WIN2-U×10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SL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EA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Americanexpression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P4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120.0 (3)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124.5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95.0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75.2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171.0 (1)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5.2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14.2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12.6 (1)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2.25 (2)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Heads In Beds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E/P6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122.3 (2)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79.2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96.0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74.1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168.2 (2)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1.8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10.7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6.6 (2)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3.00 (3)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Give Her Another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116.1 (4)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-39.4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79.7 (9)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74.3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153.5 (7)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-6.1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-0.9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-5.5 (7)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5.75 (6)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Fifi La Fume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108.4 (6)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-2.5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87.3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79.8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165.9 (4)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9.4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-6.2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-0.2 (5)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5.00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Leslie'S Star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98.9 (9)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-96.5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82.2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73.0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153.4 (8)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-8.2 (8)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-10.0 (8)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-7.2 (8)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8.25 (7)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Five Dozen Roses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P1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122.7 (1)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87.4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89.9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79.9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167.4 (3)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10.3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7.2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6.6 (3)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1.75 (1)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Call Me Jal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E/P4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102.2 (8)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-152.5 (9)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83.3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67.4 (9)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150.6 (9)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-18.4 (9)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-10.8 (9)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-14.0 (9)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8.75 (8)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Divineintervention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112.9 (5)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-10.4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85.8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74.8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158.0 (6)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-2.8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0.4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-1.2 (6)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5.25 (5)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Paynterpretty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E/P3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106.0 (7)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10.1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84.3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80.2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163.8 (5)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8.8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-4.7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2.2 (4)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5.00 (4)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B — VERTICAL / CLASSIFICATION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950"/>
        <w:gridCol w:w="900"/>
        <w:gridCol w:w="760"/>
        <w:gridCol w:w="950"/>
        <w:gridCol w:w="720"/>
        <w:gridCol w:w="570"/>
        <w:gridCol w:w="1250"/>
        <w:gridCol w:w="5434"/>
      </w:tblGrid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TRI v2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LSW-U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JTRI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ABCX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SF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FVS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Notes / Dependency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Americanexpression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-0.5 (7)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25.1%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(7)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 High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3.0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Heads In Beds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(6)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28.9%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Give Her Another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1.0 (4)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Fifi La Fume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9.0 (2)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22.5%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Leslie'S Star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0.0 (5)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Five Dozen Roses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25.0%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Call Me Jal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(6)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17.6%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(6)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0.0 (5)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Divineintervention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29.4%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Paynterpretty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8.5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20.3%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3.0 (2)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Arial" w:hAnsi="Arial"/>
          <w:b/>
          <w:color w:val="17365D"/>
          <w:sz w:val="28"/>
        </w:rPr>
        <w:t>SARATOGA / 08-22-2026 — RACE 4 — PASS 1 COMMENTARY &amp; WAGERS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SDAC — SIGNAL DISAGREEMENT AND AGREEMENT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The official A structure is #1 Americanexpression. PP is led by #6 Five Dozen Roses, CPI by #1 Americanexpression, and WIN2-B by #1 Americanexpression. FC is led by #6 Five Dozen Roses, while the underneath WIN2-U lane is led by #1 Americanexpression. JTRI leads: #6 Five Dozen Roses, #9 Paynterpretty; LSW-U leads: #6 Five Dozen Roses. TRI-P/S Beta remains review-only and cannot alter ABCX or wagering authority. D/U and D/L dependencies are shown on Board B.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STCC — SHAPE, TRACK CONDITION AND TACTICAL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HONEST is locked from OWNER OVERRIDE. The controlling shape is HONEST, so no automatic pace-collapse or lone-speed bonus is assumed. The surface is TURF FIRM; the approved starting bias is NEUTRAL. Temporary rail settings are already frozen where applicable. No other horse receives a discretionary ShapeFactor.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FAVORITE VULNERABILITY — REVIEW ONLY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Favorite: #1 Americanexpression | Final PASS 1 FVS: 4.5 HIGH | Component audit: Fin 1.5; Vert 2.0; CPI 0.0; Chall 1; Conn 0. FVS remains review-only and cannot create or cancel PRESS. If FC or WIN2-U is unavailable, the entire FVS remains D/U.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STEVE'S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Conditions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NOT PROVIDED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—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Owner entry 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Preserved separately from ChatGPT AI wagers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CHATGPT AI SUGGESTED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Minimum Price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 / Learning Tag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$0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 pre-live ticket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Morning-line freeze only; require PASS 2 live odds and value confirmation / PRICE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color w:val="202020"/>
          <w:sz w:val="15"/>
        </w:rPr>
        <w:t>Price discipline / cancellation conditions: Reassess at PASS 2. Cancel any prospective play after a new scratch, surface change, invalid dependency, or price below the required value threshold.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POST-RACE REVIEW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Official Finish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Observed Flow / Bias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 Result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Model Audit / Takeaway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 1 — no wager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Complete after official results</w:t>
            </w:r>
          </w:p>
        </w:tc>
      </w:tr>
    </w:tbl>
    <w:p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color w:val="17365D"/>
          <w:sz w:val="28"/>
        </w:rPr>
        <w:t>SARATOGA / 08-22-2026 — RACE 5 — PASS 1 FROZEN PRE-RACE BOARD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Decision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PASS — LIVE ODDS REQUIRED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Morning-Line Favorite / FVS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#10 Loveontheleftbank — ML 3.5 / 5.5 HIGH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WIN2-B Leader / Gap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#10 Loveontheleftbank / 32.18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FC / TRI Leaders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FC: #11 Devilish Grin / TRI: #11 Devilish Grin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Race Shape / Source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HONEST — OWNER OVERRIDE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Surface / Condition / Bias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TURF — FIRM — NEUTRAL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Scratches / Exclusions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#9 KEF, #12 LOSE THE BLUES, #13 KEY ACTRESS, #14 TAVERN TALK, #15 MAJESTIC MOONLIGHT, #16 LIL TIPSY / R3 and R6 card exclusions carried forward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i/>
          <w:color w:val="202020"/>
          <w:sz w:val="13"/>
        </w:rPr>
        <w:t>PASS 1 control: freeze the post-scratch physical model, race shape, ShapeFactor, signals, rankings, ABCX and wagering plan. A later official scratch or surface change reopens PASS 0.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A — CORE / PACE / WIN ENGINES</w:t>
      </w:r>
    </w:p>
    <w:tbl>
      <w:tblPr>
        <w:tblStyle w:val="TableGrid"/>
        <w:tblW w:type="dxa" w:w="121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10"/>
        <w:gridCol w:w="2050"/>
        <w:gridCol w:w="670"/>
        <w:gridCol w:w="600"/>
        <w:gridCol w:w="840"/>
        <w:gridCol w:w="840"/>
        <w:gridCol w:w="780"/>
        <w:gridCol w:w="780"/>
        <w:gridCol w:w="780"/>
        <w:gridCol w:w="850"/>
        <w:gridCol w:w="1020"/>
        <w:gridCol w:w="1020"/>
        <w:gridCol w:w="650"/>
        <w:gridCol w:w="874"/>
      </w:tblGrid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Style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ML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PP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CPI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CB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FC×10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WIN2-B×10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WIN2-U×10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SL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EA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Private Property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122.5 (3)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100.9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78.6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84.9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158.9 (1)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6.4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10.9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9.2 (2)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2.25 (2)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River Empress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116.1 (7)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-31.1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70.4 (9)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84.1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155.4 (6)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4.2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-6.5 (8)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-3.5 (8)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7.25 (7)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Madeline'S Agenda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NA4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116.7 (6)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-10.4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74.0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74.0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153.8 (7)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-2.3 (8)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-0.4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-0.6 (6)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6.50 (6)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Outro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118.3 (5)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-5.0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76.2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82.5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156.7 (4)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3.9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-2.4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-1.4 (7)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6.25 (5)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Just Tell Anne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S1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111.7 (9)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18.9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74.2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83.3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158.0 (2)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-2.2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5.1 (3)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6.25 (5)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U Vicky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123.0 (2)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51.4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65.5 (10)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90.9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151.3 (8)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5.9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5.2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2.8 (5)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2.75 (3)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Raging Bloom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E3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114.1 (8)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-143.0 (9)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75.7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62.8 (9)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142.0 (9)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-14.8 (9)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-11.4 (10)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-14.4 (10)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9.00 (8)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Dr Glick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E/P6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109.6 (10)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-150.3 (10)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84.2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57.7 (10)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133.5 (10)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-22.0 (10)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-10.0 (9)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-12.2 (9)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9.75 (9)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Loveontheleftbank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E/P4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123.4 (1)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121.4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79.1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85.6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156.8 (3)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5.7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14.1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11.4 (1)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1.75 (1)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Devilish Grin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120.2 (4)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47.2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71.0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89.6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156.7 (5)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7.9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2.7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3.7 (4)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3.25 (4)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B — VERTICAL / CLASSIFICATION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950"/>
        <w:gridCol w:w="900"/>
        <w:gridCol w:w="760"/>
        <w:gridCol w:w="950"/>
        <w:gridCol w:w="720"/>
        <w:gridCol w:w="570"/>
        <w:gridCol w:w="1250"/>
        <w:gridCol w:w="5434"/>
      </w:tblGrid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TRI v2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LSW-U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JTRI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ABCX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SF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FVS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Notes / Dependency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Private Property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7.8 (2)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20.3%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6.0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River Empress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24.5%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(4)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Madeline'S Agenda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(6)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28.9%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0.0 (6)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Outro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22.5%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(4)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Just Tell Anne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25.0%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2.5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U Vicky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29.4%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2.5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Raging Bloom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(6)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15.0%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(6)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0.0 (6)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Dr Glick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-1.0 (6)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(7)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-2.0 (7)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Loveontheleftbank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-2.5 (7)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(7)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35.5%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(7)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5.5 High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1.0 (5)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Devilish Grin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28.9%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(2)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Arial" w:hAnsi="Arial"/>
          <w:b/>
          <w:color w:val="17365D"/>
          <w:sz w:val="28"/>
        </w:rPr>
        <w:t>SARATOGA / 08-22-2026 — RACE 5 — PASS 1 COMMENTARY &amp; WAGERS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SDAC — SIGNAL DISAGREEMENT AND AGREEMENT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The official A structure is #10 Loveontheleftbank. PP is led by #10 Loveontheleftbank, CPI by #10 Loveontheleftbank, and WIN2-B by #10 Loveontheleftbank. FC is led by #11 Devilish Grin, while the underneath WIN2-U lane is led by #10 Loveontheleftbank. JTRI leads: #11 Devilish Grin; LSW-U leads: #11 Devilish Grin. TRI-P/S Beta remains review-only and cannot alter ABCX or wagering authority. D/U and D/L dependencies are shown on Board B.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STCC — SHAPE, TRACK CONDITION AND TACTICAL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HONEST is locked from OWNER OVERRIDE. The controlling shape is HONEST, so no automatic pace-collapse or lone-speed bonus is assumed. The surface is TURF FIRM; the approved starting bias is NEUTRAL. Temporary rail settings are already frozen where applicable. No other horse receives a discretionary ShapeFactor.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FAVORITE VULNERABILITY — REVIEW ONLY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Favorite: #10 Loveontheleftbank | Final PASS 1 FVS: 5.5 HIGH | Component audit: Fin 1.5; Vert 2.0; CPI 1.0; Chall 1; Conn 0. FVS remains review-only and cannot create or cancel PRESS. If FC or WIN2-U is unavailable, the entire FVS remains D/U.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STEVE'S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Conditions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NOT PROVIDED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—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Owner entry 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Preserved separately from ChatGPT AI wagers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CHATGPT AI SUGGESTED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Minimum Price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 / Learning Tag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$0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 pre-live ticket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Morning-line freeze only; require PASS 2 live odds and value confirmation / PRICE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color w:val="202020"/>
          <w:sz w:val="15"/>
        </w:rPr>
        <w:t>Price discipline / cancellation conditions: Reassess at PASS 2. Cancel any prospective play after a new scratch, surface change, invalid dependency, or price below the required value threshold.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POST-RACE REVIEW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Official Finish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Observed Flow / Bias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 Result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Model Audit / Takeaway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 1 — no wager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Complete after official results</w:t>
            </w:r>
          </w:p>
        </w:tc>
      </w:tr>
    </w:tbl>
    <w:p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color w:val="17365D"/>
          <w:sz w:val="28"/>
        </w:rPr>
        <w:t>SARATOGA / 08-22-2026 — RACE 7 — PASS 1 FROZEN PRE-RACE BOARD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Decision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PASS — LIVE ODDS REQUIRED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Morning-Line Favorite / FVS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#6 Nakatomi — ML 3.5 / 4.5 HIGH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WIN2-B Leader / Gap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#6 Nakatomi / 156.15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FC / TRI Leaders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FC: #2 Cat On Time / TRI: #4 Acoustic Ave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Race Shape / Source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FE — OWNER OVERRIDE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Surface / Condition / Bias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DIRT — FAST — EARLY LEAN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Scratches / Exclusions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#3 TARANTINO, #8 SACROSANCT / R3 and R6 card exclusions carried forward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i/>
          <w:color w:val="202020"/>
          <w:sz w:val="13"/>
        </w:rPr>
        <w:t>PASS 1 control: freeze the post-scratch physical model, race shape, ShapeFactor, signals, rankings, ABCX and wagering plan. A later official scratch or surface change reopens PASS 0.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A — CORE / PACE / WIN ENGINES</w:t>
      </w:r>
    </w:p>
    <w:tbl>
      <w:tblPr>
        <w:tblStyle w:val="TableGrid"/>
        <w:tblW w:type="dxa" w:w="121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10"/>
        <w:gridCol w:w="2050"/>
        <w:gridCol w:w="670"/>
        <w:gridCol w:w="600"/>
        <w:gridCol w:w="840"/>
        <w:gridCol w:w="840"/>
        <w:gridCol w:w="780"/>
        <w:gridCol w:w="780"/>
        <w:gridCol w:w="780"/>
        <w:gridCol w:w="850"/>
        <w:gridCol w:w="1020"/>
        <w:gridCol w:w="1020"/>
        <w:gridCol w:w="650"/>
        <w:gridCol w:w="874"/>
      </w:tblGrid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Style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ML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PP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CPI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CB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FC×10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WIN2-B×10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WIN2-U×10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SL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EA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Bold Journey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135.6 (4)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-104.6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92.4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89.0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180.5 (6)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-8.7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-9.0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-10.9 (6)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5.25 (6)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Cat On Time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P3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135.0 (5)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58.8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93.6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97.0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189.3 (3)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11.2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0.2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7.9 (2)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2.50 (2)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Acoustic Ave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E4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136.3 (3)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-33.1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101.0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89.7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189.8 (2)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2.2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-5.6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-3.9 (4)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3.75 (3)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Over And Ollie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137.2 (2)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-68.9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100.5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82.6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183.1 (5)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-14.2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-0.6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-7.5 (5)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4.00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Nakatomi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141.8 (1)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144.3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97.5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95.1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190.3 (1)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9.8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15.8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11.8 (1)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1.25 (1)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Gunmetal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E/P4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134.4 (6)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3.4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99.6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89.7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187.4 (4)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-0.4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-0.8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2.8 (3)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4.25 (5)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B — VERTICAL / CLASSIFICATION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950"/>
        <w:gridCol w:w="900"/>
        <w:gridCol w:w="760"/>
        <w:gridCol w:w="950"/>
        <w:gridCol w:w="720"/>
        <w:gridCol w:w="570"/>
        <w:gridCol w:w="1250"/>
        <w:gridCol w:w="5434"/>
      </w:tblGrid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TRI v2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LSW-U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JTRI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ABCX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SF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FVS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Notes / Dependency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Bold Journey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(2)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29.4%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2.5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Cat On Time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1.5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24.5%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6.5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Acoustic Ave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22.5%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Over And Ollie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(6)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35.5%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(6)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Nakatomi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 High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Gunmetal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24.6%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5.5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(1)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Arial" w:hAnsi="Arial"/>
          <w:b/>
          <w:color w:val="17365D"/>
          <w:sz w:val="28"/>
        </w:rPr>
        <w:t>SARATOGA / 08-22-2026 — RACE 7 — PASS 1 COMMENTARY &amp; WAGERS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SDAC — SIGNAL DISAGREEMENT AND AGREEMENT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The official A structure is #6 Nakatomi. PP is led by #6 Nakatomi, CPI by #6 Nakatomi, and WIN2-B by #6 Nakatomi. FC is led by #2 Cat On Time, while the underneath WIN2-U lane is led by #6 Nakatomi. JTRI leads: #4 Acoustic Ave; LSW-U leads: #4 Acoustic Ave. TRI-P/S Beta remains review-only and cannot alter ABCX or wagering authority. D/U and D/L dependencies are shown on Board B.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STCC — SHAPE, TRACK CONDITION AND TACTICAL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FE is locked from OWNER OVERRIDE. The field is projected to contain meaningful early pressure; a speed horse need not win, and late beneficiaries remain relevant. The surface is DIRT FAST; the approved starting bias is EARLY LEAN. Temporary rail settings are already frozen where applicable. No other horse receives a discretionary ShapeFactor.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FAVORITE VULNERABILITY — REVIEW ONLY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Favorite: #6 Nakatomi | Final PASS 1 FVS: 4.5 HIGH | Component audit: Fin 0.5; Vert 2.0; CPI 0.0; Chall 1; Conn 1. FVS remains review-only and cannot create or cancel PRESS. If FC or WIN2-U is unavailable, the entire FVS remains D/U.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STEVE'S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Conditions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NOT PROVIDED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—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Owner entry 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Preserved separately from ChatGPT AI wagers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CHATGPT AI SUGGESTED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Minimum Price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 / Learning Tag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$0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 pre-live ticket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Morning-line freeze only; require PASS 2 live odds and value confirmation / PRICE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color w:val="202020"/>
          <w:sz w:val="15"/>
        </w:rPr>
        <w:t>Price discipline / cancellation conditions: Reassess at PASS 2. Cancel any prospective play after a new scratch, surface change, invalid dependency, or price below the required value threshold.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POST-RACE REVIEW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Official Finish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Observed Flow / Bias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 Result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Model Audit / Takeaway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 1 — no wager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Complete after official results</w:t>
            </w:r>
          </w:p>
        </w:tc>
      </w:tr>
    </w:tbl>
    <w:p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color w:val="17365D"/>
          <w:sz w:val="28"/>
        </w:rPr>
        <w:t>SARATOGA / 08-22-2026 — RACE 8 — PASS 1 FROZEN PRE-RACE BOARD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Decision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PASS — LIVE ODDS REQUIRED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Morning-Line Favorite / FVS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#11 Tuthilltown — ML 4.0 / 5.5 HIGH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WIN2-B Leader / Gap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#11 Tuthilltown / 14.40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FC / TRI Leaders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FC: #6 Fairy Godmother / TRI: #6 Fairy Godmother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Race Shape / Source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FE — MODEL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Surface / Condition / Bias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TURF — FIRM — NEUTRAL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Scratches / Exclusions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#4 MOONLIGHT READY, #13 MISS JANE HATHAWAY, #14 LIGHTNING STRIKE / R3 and R6 card exclusions carried forward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i/>
          <w:color w:val="202020"/>
          <w:sz w:val="13"/>
        </w:rPr>
        <w:t>PASS 1 control: freeze the post-scratch physical model, race shape, ShapeFactor, signals, rankings, ABCX and wagering plan. A later official scratch or surface change reopens PASS 0.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A — CORE / PACE / WIN ENGINES</w:t>
      </w:r>
    </w:p>
    <w:tbl>
      <w:tblPr>
        <w:tblStyle w:val="TableGrid"/>
        <w:tblW w:type="dxa" w:w="121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10"/>
        <w:gridCol w:w="2050"/>
        <w:gridCol w:w="670"/>
        <w:gridCol w:w="600"/>
        <w:gridCol w:w="840"/>
        <w:gridCol w:w="840"/>
        <w:gridCol w:w="780"/>
        <w:gridCol w:w="780"/>
        <w:gridCol w:w="780"/>
        <w:gridCol w:w="850"/>
        <w:gridCol w:w="1020"/>
        <w:gridCol w:w="1020"/>
        <w:gridCol w:w="650"/>
        <w:gridCol w:w="874"/>
      </w:tblGrid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Style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ML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PP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CPI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CB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FC×10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WIN2-B×10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WIN2-U×10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SL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EA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Sinead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S1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116.2 (9)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-33.0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87.5 (9)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83.4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168.4 (7)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3.9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-7.2 (8)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-3.3 (7)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7.00 (5)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Juliet On Approach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117.5 (8)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-72.9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84.7 (10)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81.2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165.2 (9)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-2.9 (8)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-8.0 (9)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-7.8 (8)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8.25 (6)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Arinata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130.2 (3)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75.5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87.8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83.5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170.2 (6)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6.1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7.4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 (4)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3.50 (3)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Vernon Valley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118.8 (7)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-93.2 (9)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92.3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73.1 (9)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164.4 (10)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-14.2 (11)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-3.5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-9.4 (9)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8.50 (7)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Fairy Godmother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130.6 (2)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114.4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83.4 (11)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88.3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171.6 (3)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14.1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7.6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9.8 (2)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2.00 (1)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Scorch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P7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110.8 (10)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-115.0 (10)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94.4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72.3 (10)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166.3 (8)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-12.9 (10)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-8.4 (10)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-10.0 (10)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10.00 (8)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Dancingwithdestiny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E/P7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122.2 (5)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25.4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96.8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76.2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172.4 (2)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-0.5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3.7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2.8 (6)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5.75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Maria Callas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P1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131.6 (1)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81.6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95.8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78.4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173.2 (1)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3.3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10.1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6.7 (3)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2.75 (2)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Kaaterskill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102.4 (11)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-136.5 (11)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87.7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78.8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164.2 (11)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-7.1 (9)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-16.0 (11)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-10.9 (11)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10.50 (9)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Tuthilltown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E/P1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128.4 (4)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125.3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88.9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84.4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171.6 (4)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9.2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11.5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12.4 (1)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2.00 (1)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Emergency Nine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P4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120.0 (6)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28.4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93.6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78.4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171.4 (5)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1.1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2.7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3.6 (5)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5.75 (4)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B — VERTICAL / CLASSIFICATION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950"/>
        <w:gridCol w:w="900"/>
        <w:gridCol w:w="760"/>
        <w:gridCol w:w="950"/>
        <w:gridCol w:w="720"/>
        <w:gridCol w:w="570"/>
        <w:gridCol w:w="1250"/>
        <w:gridCol w:w="5434"/>
      </w:tblGrid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TRI v2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LSW-U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JTRI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ABCX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SF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FVS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Notes / Dependency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Sinead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27.1%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Juliet On Approach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(6)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24.5%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(6)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0.0 (5)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Arinata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29.4%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Vernon Valley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(6)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(6)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0.0 (5)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Fairy Godmother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35.5%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5.0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Scorch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(6)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22.5%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(6)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0.0 (5)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Dancingwithdestiny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(6)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0.5 (4)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Maria Callas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-1.0 (7)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1.5 (7)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28.9%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0.5 (4)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Kaaterskill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(6)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D/L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D/L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0.0 (5); T%/JTRI D/L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Tuthilltown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(6)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25.0%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5.5 High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Emergency Nine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(2)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25.1%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(3)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Arial" w:hAnsi="Arial"/>
          <w:b/>
          <w:color w:val="17365D"/>
          <w:sz w:val="28"/>
        </w:rPr>
        <w:t>SARATOGA / 08-22-2026 — RACE 8 — PASS 1 COMMENTARY &amp; WAGERS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SDAC — SIGNAL DISAGREEMENT AND AGREEMENT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The official A structure is #11 Tuthilltown. PP is led by #9 Maria Callas, CPI by #11 Tuthilltown, and WIN2-B by #11 Tuthilltown. FC is led by #6 Fairy Godmother, while the underneath WIN2-U lane is led by #11 Tuthilltown. JTRI leads: #6 Fairy Godmother; LSW-U leads: #3 Arinata, #6 Fairy Godmother. TRI-P/S Beta remains review-only and cannot alter ABCX or wagering authority. D/U and D/L dependencies are shown on Board B.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STCC — SHAPE, TRACK CONDITION AND TACTICAL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FE is locked from MODEL. The field is projected to contain meaningful early pressure; a speed horse need not win, and late beneficiaries remain relevant. The surface is TURF FIRM; the approved starting bias is NEUTRAL. Temporary rail settings are already frozen where applicable. No other horse receives a discretionary ShapeFactor.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FAVORITE VULNERABILITY — REVIEW ONLY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Favorite: #11 Tuthilltown | Final PASS 1 FVS: 5.5 HIGH | Component audit: Fin 0.5; Vert 2.0; CPI 1.0; Chall 1; Conn 1. FVS remains review-only and cannot create or cancel PRESS. If FC or WIN2-U is unavailable, the entire FVS remains D/U.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STEVE'S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Conditions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NOT PROVIDED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—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Owner entry 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Preserved separately from ChatGPT AI wagers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CHATGPT AI SUGGESTED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Minimum Price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 / Learning Tag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$0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 pre-live ticket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Morning-line freeze only; require PASS 2 live odds and value confirmation / PRICE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color w:val="202020"/>
          <w:sz w:val="15"/>
        </w:rPr>
        <w:t>Price discipline / cancellation conditions: Reassess at PASS 2. Cancel any prospective play after a new scratch, surface change, invalid dependency, or price below the required value threshold.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POST-RACE REVIEW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Official Finish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Observed Flow / Bias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 Result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Model Audit / Takeaway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 1 — no wager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Complete after official results</w:t>
            </w:r>
          </w:p>
        </w:tc>
      </w:tr>
    </w:tbl>
    <w:p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color w:val="17365D"/>
          <w:sz w:val="28"/>
        </w:rPr>
        <w:t>SARATOGA / 08-22-2026 — RACE 9 — PASS 1 FROZEN PRE-RACE BOARD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Decision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PASS — LIVE ODDS REQUIRED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Morning-Line Favorite / FVS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#5 Stimulate — ML 2.5 / D/U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WIN2-B Leader / Gap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#9 Playa Del Mar / 3.72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FC / TRI Leaders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FC: #1 Filoso / TRI: #4 Freddie B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Race Shape / Source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FE — MODEL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Surface / Condition / Bias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DIRT — FAST — EARLY LEAN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Scratches / Exclusions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#2 WILLINTORISKITALL, #8 FACT / R3 and R6 card exclusions carried forward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i/>
          <w:color w:val="202020"/>
          <w:sz w:val="13"/>
        </w:rPr>
        <w:t>PASS 1 control: freeze the post-scratch physical model, race shape, ShapeFactor, signals, rankings, ABCX and wagering plan. A later official scratch or surface change reopens PASS 0.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A — CORE / PACE / WIN ENGINES</w:t>
      </w:r>
    </w:p>
    <w:tbl>
      <w:tblPr>
        <w:tblStyle w:val="TableGrid"/>
        <w:tblW w:type="dxa" w:w="121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10"/>
        <w:gridCol w:w="2050"/>
        <w:gridCol w:w="670"/>
        <w:gridCol w:w="600"/>
        <w:gridCol w:w="840"/>
        <w:gridCol w:w="840"/>
        <w:gridCol w:w="780"/>
        <w:gridCol w:w="780"/>
        <w:gridCol w:w="780"/>
        <w:gridCol w:w="850"/>
        <w:gridCol w:w="1020"/>
        <w:gridCol w:w="1020"/>
        <w:gridCol w:w="650"/>
        <w:gridCol w:w="874"/>
      </w:tblGrid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Style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ML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PP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CPI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CB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FC×10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WIN2-B×10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WIN2-U×10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SL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EA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Filoso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P3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124.7 (6)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-17.9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78.3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93.1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173.7 (4)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6.2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-7.8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-1.6 (4)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4.25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Cocktailsnkringle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E6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130.5 (3)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-26.4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89.5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86.8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180.8 (3)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-0.2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-2.7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-4.3 (6)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4.50 (5)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Freddie B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128.6 (4)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42.1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94.2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88.5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187.6 (1)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0.9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4.3 (2)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3.00 (3)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Stimulate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E/P6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131.7 (2)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100.4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89.2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12.2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2.00 (2)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Silver Talent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128.0 (5)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1.4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89.0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88.0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172.0 (5)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-2.9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0.7 (3)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4.25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Enforced Agenda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120.5 (8)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-135.5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86.6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81.6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167.6 (6)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-15.6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-8.1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-11.2 (7)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7.25 (7)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Playa Del Mar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E6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139.8 (1)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80.7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96.6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85.8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185.7 (2)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0.6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12.6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4.9 (1)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1.75 (1)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 Mcgriff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123.0 (7)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-34.7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74.4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93.9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167.4 (7)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4.4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-9.1 (8)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-2.6 (5)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6.00 (6)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B — VERTICAL / CLASSIFICATION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950"/>
        <w:gridCol w:w="900"/>
        <w:gridCol w:w="760"/>
        <w:gridCol w:w="950"/>
        <w:gridCol w:w="720"/>
        <w:gridCol w:w="570"/>
        <w:gridCol w:w="1250"/>
        <w:gridCol w:w="5434"/>
      </w:tblGrid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TRI v2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LSW-U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JTRI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ABCX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SF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FVS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Notes / Dependency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Filoso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 (2)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20.3%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Cocktailsnkringle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25.1%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2.5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Freddie B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15.0%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6.0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Stimulate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29.4%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FC/W2-U D/U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Silver Talent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1.5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35.5%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(4)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Enforced Agenda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27.1%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(6)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(4)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Playa Del Mar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-3.0 (6)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28.9%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(7)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0.5 (5)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 Mcgriff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24.5%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5.5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(4)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Arial" w:hAnsi="Arial"/>
          <w:b/>
          <w:color w:val="17365D"/>
          <w:sz w:val="28"/>
        </w:rPr>
        <w:t>SARATOGA / 08-22-2026 — RACE 9 — PASS 1 COMMENTARY &amp; WAGERS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SDAC — SIGNAL DISAGREEMENT AND AGREEMENT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The official A structure is #9 Playa Del Mar. PP is led by #9 Playa Del Mar, CPI by #9 Playa Del Mar, and WIN2-B by #9 Playa Del Mar. FC is led by #1 Filoso, while the underneath WIN2-U lane is led by #9 Playa Del Mar. JTRI leads: #1 Filoso; LSW-U leads: #4 Freddie B. TRI-P/S Beta remains review-only and cannot alter ABCX or wagering authority. D/U and D/L dependencies are shown on Board B.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STCC — SHAPE, TRACK CONDITION AND TACTICAL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FE is locked from MODEL. The field is projected to contain meaningful early pressure; a speed horse need not win, and late beneficiaries remain relevant. The surface is DIRT FAST; the approved starting bias is EARLY LEAN. Temporary rail settings are already frozen where applicable. No other horse receives a discretionary ShapeFactor.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FAVORITE VULNERABILITY — REVIEW ONLY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Favorite: #5 Stimulate | Final PASS 1 FVS: D/U | Component audit: D/U: FC or WIN2-U unavailable. FVS remains review-only and cannot create or cancel PRESS. If FC or WIN2-U is unavailable, the entire FVS remains D/U.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STEVE'S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Conditions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NOT PROVIDED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—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Owner entry 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Preserved separately from ChatGPT AI wagers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CHATGPT AI SUGGESTED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Minimum Price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 / Learning Tag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$0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 pre-live ticket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Morning-line freeze only; require PASS 2 live odds and value confirmation / PRICE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color w:val="202020"/>
          <w:sz w:val="15"/>
        </w:rPr>
        <w:t>Price discipline / cancellation conditions: Reassess at PASS 2. Cancel any prospective play after a new scratch, surface change, invalid dependency, or price below the required value threshold.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POST-RACE REVIEW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Official Finish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Observed Flow / Bias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 Result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Model Audit / Takeaway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 1 — no wager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Complete after official results</w:t>
            </w:r>
          </w:p>
        </w:tc>
      </w:tr>
    </w:tbl>
    <w:p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color w:val="17365D"/>
          <w:sz w:val="28"/>
        </w:rPr>
        <w:t>SARATOGA / 08-22-2026 — RACE 10 — PASS 1 FROZEN PRE-RACE BOARD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Decision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PASS — LIVE ODDS REQUIRED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Morning-Line Favorite / FVS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#6 Segesta — ML 1.4 / 2.0 SAFE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WIN2-B Leader / Gap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#6 Segesta / 145.87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FC / TRI Leaders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FC: #6 Segesta / TRI: #1 Ozara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Race Shape / Source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FE — MODEL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Surface / Condition / Bias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TURF — FIRM — NEUTRAL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Scratches / Exclusions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#4 PLAY WITH FIRE, #9 SCALABLE / R3 and R6 card exclusions carried forward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i/>
          <w:color w:val="202020"/>
          <w:sz w:val="13"/>
        </w:rPr>
        <w:t>PASS 1 control: freeze the post-scratch physical model, race shape, ShapeFactor, signals, rankings, ABCX and wagering plan. A later official scratch or surface change reopens PASS 0.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A — CORE / PACE / WIN ENGINES</w:t>
      </w:r>
    </w:p>
    <w:tbl>
      <w:tblPr>
        <w:tblStyle w:val="TableGrid"/>
        <w:tblW w:type="dxa" w:w="121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10"/>
        <w:gridCol w:w="2050"/>
        <w:gridCol w:w="670"/>
        <w:gridCol w:w="600"/>
        <w:gridCol w:w="840"/>
        <w:gridCol w:w="840"/>
        <w:gridCol w:w="780"/>
        <w:gridCol w:w="780"/>
        <w:gridCol w:w="780"/>
        <w:gridCol w:w="850"/>
        <w:gridCol w:w="1020"/>
        <w:gridCol w:w="1020"/>
        <w:gridCol w:w="650"/>
        <w:gridCol w:w="874"/>
      </w:tblGrid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Style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ML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PP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CPI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CB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FC×10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WIN2-B×10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WIN2-U×10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SL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EA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Ozara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151.1 (3)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-38.4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89.1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88.4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180.6 (4)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-2.7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-2.4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-4.6 (5)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3.75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Sunlit Uplands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NA0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Deep Satin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E/P4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152.3 (2)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-23.6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87.5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87.0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181.5 (3)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-3.9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0.6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-2.9 (4)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3.25 (2)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And One More Time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E/P6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150.5 (4)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-2.2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90.2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86.6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181.6 (2)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-4.5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0.4 (3)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3.50 (3)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Segesta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E/P8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1.4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166.5 (1)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183.5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89.3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93.4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186.3 (1)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9.3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18.1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16.8 (1)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1.00 (1)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Grayosh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P3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138.8 (6)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2.7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74.5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98.3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175.7 (5)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7.7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-7.9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2.2 (2)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3.75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Long Ago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141.5 (5)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-92.3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81.4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91.6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171.1 (6)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-5.8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-8.2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-8.2 (6)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5.75 (5)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B — VERTICAL / CLASSIFICATION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950"/>
        <w:gridCol w:w="900"/>
        <w:gridCol w:w="760"/>
        <w:gridCol w:w="950"/>
        <w:gridCol w:w="720"/>
        <w:gridCol w:w="570"/>
        <w:gridCol w:w="1250"/>
        <w:gridCol w:w="5434"/>
      </w:tblGrid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TRI v2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LSW-U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JTRI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ABCX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SF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FVS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Notes / Dependency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Ozara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(2)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25.0%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5.0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Sunlit Uplands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24.6%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D/U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FC/W2-U D/U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Deep Satin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29.4%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2.5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And One More Time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27.1%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(5)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Segesta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-1.5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35.5%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Safe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2.0 (4)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Grayosh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7.5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3.0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Long Ago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7.5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20.3%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3.0 (2)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Arial" w:hAnsi="Arial"/>
          <w:b/>
          <w:color w:val="17365D"/>
          <w:sz w:val="28"/>
        </w:rPr>
        <w:t>SARATOGA / 08-22-2026 — RACE 10 — PASS 1 COMMENTARY &amp; WAGERS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SDAC — SIGNAL DISAGREEMENT AND AGREEMENT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The official A structure is #6 Segesta. PP is led by #6 Segesta, CPI by #6 Segesta, and WIN2-B by #6 Segesta. FC is led by #6 Segesta, while the underneath WIN2-U lane is led by #6 Segesta. JTRI leads: #7 Grayosh; LSW-U leads: #7 Grayosh, #8 Long Ago. TRI-P/S Beta remains review-only and cannot alter ABCX or wagering authority. D/U and D/L dependencies are shown on Board B.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STCC — SHAPE, TRACK CONDITION AND TACTICAL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FE is locked from MODEL. The field is projected to contain meaningful early pressure; a speed horse need not win, and late beneficiaries remain relevant. The surface is TURF FIRM; the approved starting bias is NEUTRAL. Temporary rail settings are already frozen where applicable. No other horse receives a discretionary ShapeFactor.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FAVORITE VULNERABILITY — REVIEW ONLY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Favorite: #6 Segesta | Final PASS 1 FVS: 2.0 SAFE | Component audit: Fin 0.0; Vert 2.0; CPI 0.0; Chall 0; Conn 0. FVS remains review-only and cannot create or cancel PRESS. If FC or WIN2-U is unavailable, the entire FVS remains D/U.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STEVE'S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Conditions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NOT PROVIDED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—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Owner entry 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Preserved separately from ChatGPT AI wagers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CHATGPT AI SUGGESTED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Minimum Price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 / Learning Tag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$0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 pre-live ticket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Morning-line freeze only; require PASS 2 live odds and value confirmation / PRICE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color w:val="202020"/>
          <w:sz w:val="15"/>
        </w:rPr>
        <w:t>Price discipline / cancellation conditions: Reassess at PASS 2. Cancel any prospective play after a new scratch, surface change, invalid dependency, or price below the required value threshold.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POST-RACE REVIEW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Official Finish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Observed Flow / Bias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 Result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Model Audit / Takeaway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 1 — no wager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Complete after official results</w:t>
            </w:r>
          </w:p>
        </w:tc>
      </w:tr>
    </w:tbl>
    <w:p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color w:val="17365D"/>
          <w:sz w:val="28"/>
        </w:rPr>
        <w:t>SARATOGA / 08-22-2026 — RACE 11 — PASS 1 FROZEN PRE-RACE BOARD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Decision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PASS — LIVE ODDS REQUIRED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Morning-Line Favorite / FVS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#6 Counting Stars — ML 0.5 / 3.0 MODERATE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WIN2-B Leader / Gap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#6 Counting Stars / 161.74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FC / TRI Leaders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FC: #6 Counting Stars / TRI: #3 Measure, #5 A. P.'S Girl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Race Shape / Source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HONEST — OWNER OVERRIDE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Surface / Condition / Bias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DIRT — FAST — EARLY LEAN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Scratches / Exclusions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None / R3 and R6 card exclusions carried forward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i/>
          <w:color w:val="202020"/>
          <w:sz w:val="13"/>
        </w:rPr>
        <w:t>PASS 1 control: freeze the post-scratch physical model, race shape, ShapeFactor, signals, rankings, ABCX and wagering plan. A later official scratch or surface change reopens PASS 0.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A — CORE / PACE / WIN ENGINES</w:t>
      </w:r>
    </w:p>
    <w:tbl>
      <w:tblPr>
        <w:tblStyle w:val="TableGrid"/>
        <w:tblW w:type="dxa" w:w="121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10"/>
        <w:gridCol w:w="2050"/>
        <w:gridCol w:w="670"/>
        <w:gridCol w:w="600"/>
        <w:gridCol w:w="840"/>
        <w:gridCol w:w="840"/>
        <w:gridCol w:w="780"/>
        <w:gridCol w:w="780"/>
        <w:gridCol w:w="780"/>
        <w:gridCol w:w="850"/>
        <w:gridCol w:w="1020"/>
        <w:gridCol w:w="1020"/>
        <w:gridCol w:w="650"/>
        <w:gridCol w:w="874"/>
      </w:tblGrid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Style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ML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PP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CPI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CB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FC×10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WIN2-B×10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WIN2-U×10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SL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EA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Nycon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S3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131.5 (4)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-116.2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83.8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76.7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161.8 (6)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-17.2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-6.8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-10.9 (6)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5.25 (6)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Ati Girl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E/P7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130.9 (5)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-60.4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80.9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87.8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169.4 (5)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-5.1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-6.2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-4.9 (5)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4.75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Measure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138.7 (2)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8.8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82.1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93.4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182.6 (3)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3.8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-0.4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-0.1 (3)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2.75 (3)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My Gun'S Loaded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P4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138.7 (3)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54.7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91.2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95.1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199.0 (1)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10.1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2.1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(2)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2.25 (2)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A. P.'S Girl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130.0 (6)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-56.0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83.2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88.8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174.2 (4)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-2.8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-7.0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-4.3 (4)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5.00 (5)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Counting Stars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E/P6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149.6 (1)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169.1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92.6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96.9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196.9 (2)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11.1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18.3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15.2 (1)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1.00 (1)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B — VERTICAL / CLASSIFICATION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950"/>
        <w:gridCol w:w="900"/>
        <w:gridCol w:w="760"/>
        <w:gridCol w:w="950"/>
        <w:gridCol w:w="720"/>
        <w:gridCol w:w="570"/>
        <w:gridCol w:w="1250"/>
        <w:gridCol w:w="5434"/>
      </w:tblGrid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TRI v2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LSW-U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JTRI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ABCX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SF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FVS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Notes / Dependency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Nycon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25.0%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2.5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Ati Girl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24.6%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(5)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Measure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35.5%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5.0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My Gun'S Loaded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28.9%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6.5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A. P.'S Girl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6.5 (2)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Counting Stars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-1.5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28.3%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Moderate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2.0 (4)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Arial" w:hAnsi="Arial"/>
          <w:b/>
          <w:color w:val="17365D"/>
          <w:sz w:val="28"/>
        </w:rPr>
        <w:t>SARATOGA / 08-22-2026 — RACE 11 — PASS 1 COMMENTARY &amp; WAGERS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SDAC — SIGNAL DISAGREEMENT AND AGREEMENT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The official A structure is #6 Counting Stars. PP is led by #6 Counting Stars, CPI by #6 Counting Stars, and WIN2-B by #6 Counting Stars. FC is led by #6 Counting Stars, while the underneath WIN2-U lane is led by #6 Counting Stars. JTRI leads: #3 Measure, #5 A. P.'S Girl; LSW-U leads: #3 Measure. TRI-P/S Beta remains review-only and cannot alter ABCX or wagering authority. D/U and D/L dependencies are shown on Board B.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STCC — SHAPE, TRACK CONDITION AND TACTICAL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HONEST is locked from OWNER OVERRIDE. The controlling shape is HONEST, so no automatic pace-collapse or lone-speed bonus is assumed. The surface is DIRT FAST; the approved starting bias is EARLY LEAN. Temporary rail settings are already frozen where applicable. No other horse receives a discretionary ShapeFactor.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FAVORITE VULNERABILITY — REVIEW ONLY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Favorite: #6 Counting Stars | Final PASS 1 FVS: 3.0 MODERATE | Component audit: Fin 0.0; Vert 2.0; CPI 0.0; Chall 1; Conn 0. FVS remains review-only and cannot create or cancel PRESS. If FC or WIN2-U is unavailable, the entire FVS remains D/U.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STEVE'S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Conditions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NOT PROVIDED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—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Owner entry 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Preserved separately from ChatGPT AI wagers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CHATGPT AI SUGGESTED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Minimum Price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 / Learning Tag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$0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 pre-live ticket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Morning-line freeze only; require PASS 2 live odds and value confirmation / PRICE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color w:val="202020"/>
          <w:sz w:val="15"/>
        </w:rPr>
        <w:t>Price discipline / cancellation conditions: Reassess at PASS 2. Cancel any prospective play after a new scratch, surface change, invalid dependency, or price below the required value threshold.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POST-RACE REVIEW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Official Finish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Observed Flow / Bias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 Result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Model Audit / Takeaway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 1 — no wager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Complete after official results</w:t>
            </w:r>
          </w:p>
        </w:tc>
      </w:tr>
    </w:tbl>
    <w:p>
      <w:r>
        <w:br w:type="page"/>
      </w:r>
    </w:p>
    <w:p>
      <w:pPr>
        <w:spacing w:after="80"/>
        <w:jc w:val="center"/>
      </w:pPr>
      <w:r>
        <w:rPr>
          <w:rFonts w:ascii="Arial" w:hAnsi="Arial"/>
          <w:b/>
          <w:color w:val="17365D"/>
          <w:sz w:val="28"/>
        </w:rPr>
        <w:t>SARATOGA / 08-22-2026 — RACE 12 — PASS 1 FROZEN PRE-RACE BOARD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Decision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PASS — LIVE ODDS REQUIRED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Morning-Line Favorite / FVS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#5 Secretly Delighted — ML 3.0 / 5.5 HIGH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WIN2-B Leader / Gap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#6 Mary Lois / 3.86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FC / TRI Leaders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FC: #8 Osmosis / TRI: #8 Osmosis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Race Shape / Source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HONEST — OWNER OVERRIDE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Surface / Condition / Bias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TURF — FIRM — NEUTRAL</w:t>
            </w:r>
          </w:p>
        </w:tc>
      </w:tr>
    </w:tbl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11184"/>
      </w:tblGrid>
      <w:tr>
        <w:tc>
          <w:tcPr>
            <w:tcW w:type="dxa" w:w="30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E7E6E6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202020"/>
                <w:sz w:val="14"/>
              </w:rPr>
              <w:t>Scratches / Exclusions</w:t>
            </w:r>
          </w:p>
        </w:tc>
        <w:tc>
          <w:tcPr>
            <w:tcW w:type="dxa" w:w="1118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4"/>
              </w:rPr>
              <w:t>#9 MIA SOPHIA / R3 and R6 card exclusions carried forward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i/>
          <w:color w:val="202020"/>
          <w:sz w:val="13"/>
        </w:rPr>
        <w:t>PASS 1 control: freeze the post-scratch physical model, race shape, ShapeFactor, signals, rankings, ABCX and wagering plan. A later official scratch or surface change reopens PASS 0.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A — CORE / PACE / WIN ENGINES</w:t>
      </w:r>
    </w:p>
    <w:tbl>
      <w:tblPr>
        <w:tblStyle w:val="TableGrid"/>
        <w:tblW w:type="dxa" w:w="1216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10"/>
        <w:gridCol w:w="2050"/>
        <w:gridCol w:w="670"/>
        <w:gridCol w:w="600"/>
        <w:gridCol w:w="840"/>
        <w:gridCol w:w="840"/>
        <w:gridCol w:w="780"/>
        <w:gridCol w:w="780"/>
        <w:gridCol w:w="780"/>
        <w:gridCol w:w="850"/>
        <w:gridCol w:w="1020"/>
        <w:gridCol w:w="1020"/>
        <w:gridCol w:w="650"/>
        <w:gridCol w:w="874"/>
      </w:tblGrid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Style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ML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PP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CPI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LB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CB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FC×10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WIN2-B×10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WIN2-U×10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SL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EA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Stand The Rain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123.9 (4)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18.3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66.7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81.1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152.3 (6)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0.2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2.4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1.8 (5)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4.25 (4)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Prime Connection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122.6 (5)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-20.8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85.9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75.8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161.0 (3)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0.9 (3)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-3.0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-2.8 (6)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5.00 (6)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Home Wrecker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E/P5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125.3 (3)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-37.5 (7)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78.9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76.3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154.8 (5)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-1.7 (6)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-3.3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-5.3 (7)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5.75 (7)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Fango Creek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119.9 (6)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21.6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72.2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77.1 (5)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158.4 (4)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2.1 (4)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3.2 (3)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4.50 (5)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Secretly Delighted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P3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130.1 (2)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92.6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73.0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82.6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161.8 (2)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5.7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9.7 (2)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8.9 (2)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1.75 (1)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Mary Lois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P2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135.8 (1)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43.2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64.3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77.3 (4)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146.8 (7)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-4.8 (7)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10.1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(4)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3.00 (2)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Riyah Al Nil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E/P0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50.0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99.7 (8)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-200.7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78.6 (3)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64.7 (8)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135.7 (8)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-18.1 (8)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-18.7 (8)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-17.4 (8)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30-1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8.00 (8)</w:t>
            </w:r>
          </w:p>
        </w:tc>
      </w:tr>
      <w:tr>
        <w:tc>
          <w:tcPr>
            <w:tcW w:type="dxa" w:w="41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0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Osmosis</w:t>
            </w:r>
          </w:p>
        </w:tc>
        <w:tc>
          <w:tcPr>
            <w:tcW w:type="dxa" w:w="6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S0</w:t>
            </w:r>
          </w:p>
        </w:tc>
        <w:tc>
          <w:tcPr>
            <w:tcW w:type="dxa" w:w="6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119.8 (7)</w:t>
            </w:r>
          </w:p>
        </w:tc>
        <w:tc>
          <w:tcPr>
            <w:tcW w:type="dxa" w:w="84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83.2 (2)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71.2 (6)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100.0 (1)</w:t>
            </w:r>
          </w:p>
        </w:tc>
        <w:tc>
          <w:tcPr>
            <w:tcW w:type="dxa" w:w="78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162.0 (1)</w:t>
            </w:r>
          </w:p>
        </w:tc>
        <w:tc>
          <w:tcPr>
            <w:tcW w:type="dxa" w:w="8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17.1 (1)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0.8 (5)</w:t>
            </w:r>
          </w:p>
        </w:tc>
        <w:tc>
          <w:tcPr>
            <w:tcW w:type="dxa" w:w="10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9.1 (1)</w:t>
            </w:r>
          </w:p>
        </w:tc>
        <w:tc>
          <w:tcPr>
            <w:tcW w:type="dxa" w:w="6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9/2</w:t>
            </w:r>
          </w:p>
        </w:tc>
        <w:tc>
          <w:tcPr>
            <w:tcW w:type="dxa" w:w="87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3.75 (3)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BOARD B — VERTICAL / CLASSIFICATION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950"/>
        <w:gridCol w:w="900"/>
        <w:gridCol w:w="760"/>
        <w:gridCol w:w="950"/>
        <w:gridCol w:w="720"/>
        <w:gridCol w:w="570"/>
        <w:gridCol w:w="1250"/>
        <w:gridCol w:w="5434"/>
      </w:tblGrid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#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Horse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TRI v2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LSW-U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JTRI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ABCX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SF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FVS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Notes / Dependency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Stand The Rain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5.0 (2)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29.4%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7.0 (2)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4.0 (2)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Prime Connection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(5)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2.5 (4)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22.5%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(6)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-0.5 (6)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Home Wrecker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0.5 (7)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20.3%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3.0 (7)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0.5 (4)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Fango Creek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(2)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24.5%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4.5 (4)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Secretly Delighted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1.5 (3)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3.5 (3)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27.1%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4.0 (5)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5.5 High</w:t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5.0 (1)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Mary Lois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 (6)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(6)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35.5%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5.5 (3)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A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1.5 (3)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7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Riyah Al Nil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1.0 (4)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2.0 (5)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D/L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D/L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X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0.0 (5); T%/JTRI D/L</w:t>
            </w:r>
          </w:p>
        </w:tc>
      </w:tr>
      <w:tr>
        <w:tc>
          <w:tcPr>
            <w:tcW w:type="dxa" w:w="4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8</w:t>
            </w:r>
          </w:p>
        </w:tc>
        <w:tc>
          <w:tcPr>
            <w:tcW w:type="dxa" w:w="22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Osmosis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6.0 (1)</w:t>
            </w:r>
          </w:p>
        </w:tc>
        <w:tc>
          <w:tcPr>
            <w:tcW w:type="dxa" w:w="90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10.0 (1)</w:t>
            </w:r>
          </w:p>
        </w:tc>
        <w:tc>
          <w:tcPr>
            <w:tcW w:type="dxa" w:w="76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21.7%</w:t>
            </w:r>
          </w:p>
        </w:tc>
        <w:tc>
          <w:tcPr>
            <w:tcW w:type="dxa" w:w="9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9.0 (1)</w:t>
            </w:r>
          </w:p>
        </w:tc>
        <w:tc>
          <w:tcPr>
            <w:tcW w:type="dxa" w:w="72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</w:t>
            </w:r>
          </w:p>
        </w:tc>
        <w:tc>
          <w:tcPr>
            <w:tcW w:type="dxa" w:w="57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0.0</w:t>
            </w:r>
          </w:p>
        </w:tc>
        <w:tc>
          <w:tcPr>
            <w:tcW w:type="dxa" w:w="1250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</w:r>
          </w:p>
        </w:tc>
        <w:tc>
          <w:tcPr>
            <w:tcW w:type="dxa" w:w="5434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Beta 5.0 (1)</w:t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Arial" w:hAnsi="Arial"/>
          <w:b/>
          <w:color w:val="17365D"/>
          <w:sz w:val="28"/>
        </w:rPr>
        <w:t>SARATOGA / 08-22-2026 — RACE 12 — PASS 1 COMMENTARY &amp; WAGERS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SDAC — SIGNAL DISAGREEMENT AND AGREEMENT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The official A structure is #5 Secretly Delighted, #6 Mary Lois. PP is led by #6 Mary Lois, CPI by #5 Secretly Delighted, and WIN2-B by #6 Mary Lois. FC is led by #8 Osmosis, while the underneath WIN2-U lane is led by #8 Osmosis. JTRI leads: #8 Osmosis; LSW-U leads: #1 Stand The Rain, #8 Osmosis. TRI-P/S Beta remains review-only and cannot alter ABCX or wagering authority. D/U and D/L dependencies are shown on Board B.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STCC — SHAPE, TRACK CONDITION AND TACTICAL COMMENTARY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HONEST is locked from OWNER OVERRIDE. The controlling shape is HONEST, so no automatic pace-collapse or lone-speed bonus is assumed. The surface is TURF FIRM; the approved starting bias is NEUTRAL. Temporary rail settings are already frozen where applicable. No other horse receives a discretionary ShapeFactor.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FAVORITE VULNERABILITY — REVIEW ONLY</w:t>
      </w:r>
    </w:p>
    <w:p>
      <w:pPr>
        <w:spacing w:before="0" w:after="80" w:line="252" w:lineRule="auto"/>
      </w:pPr>
      <w:r>
        <w:rPr>
          <w:rFonts w:ascii="Arial" w:hAnsi="Arial"/>
          <w:color w:val="202020"/>
          <w:sz w:val="16"/>
        </w:rPr>
        <w:t>Favorite: #5 Secretly Delighted | Final PASS 1 FVS: 5.5 HIGH | Component audit: Fin 1.0; Vert 2.0; CPI 1.5; Chall 1; Conn 0. FVS remains review-only and cannot create or cancel PRESS. If FC or WIN2-U is unavailable, the entire FVS remains D/U.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STEVE'S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Conditions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NOT PROVIDED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—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Owner entry 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Preserved separately from ChatGPT AI wagers</w:t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CHATGPT AI SUGGESTED WAGERS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Decision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Budget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Tickets / Minimum Price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Rationale / Learning Tag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$0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No pre-live ticket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Morning-line freeze only; require PASS 2 live odds and value confirmation / PRICE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/>
          <w:color w:val="202020"/>
          <w:sz w:val="15"/>
        </w:rPr>
        <w:t>Price discipline / cancellation conditions: Reassess at PASS 2. Cancel any prospective play after a new scratch, surface change, invalid dependency, or price below the required value threshold.</w:t>
      </w:r>
    </w:p>
    <w:p>
      <w:pPr>
        <w:spacing w:before="80" w:after="40"/>
      </w:pPr>
      <w:r>
        <w:rPr>
          <w:rFonts w:ascii="Arial" w:hAnsi="Arial"/>
          <w:b/>
          <w:color w:val="17365D"/>
          <w:sz w:val="18"/>
        </w:rPr>
        <w:t>POST-RACE REVIEW</w:t>
      </w:r>
    </w:p>
    <w:tbl>
      <w:tblPr>
        <w:tblStyle w:val="TableGrid"/>
        <w:tblW w:type="dxa" w:w="1418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46"/>
        <w:gridCol w:w="3546"/>
        <w:gridCol w:w="3546"/>
        <w:gridCol w:w="3546"/>
      </w:tblGrid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Official Finish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Observed Flow / Bias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Ticket Result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shd w:fill="17365D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2"/>
              </w:rPr>
              <w:t>Model Audit / Takeaway</w:t>
            </w:r>
          </w:p>
        </w:tc>
      </w:tr>
      <w:tr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PENDING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PASS 1 — no wager</w:t>
            </w:r>
          </w:p>
        </w:tc>
        <w:tc>
          <w:tcPr>
            <w:tcW w:type="dxa" w:w="3546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color w:val="202020"/>
                <w:sz w:val="12"/>
              </w:rPr>
              <w:t>Complete after official results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720" w:right="720" w:bottom="720" w:left="720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4"/>
      </w:rPr>
      <w:t>© 2026 Steve-AI.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A5A5A"/>
        <w:sz w:val="14"/>
      </w:rPr>
      <w:t>STEVE-AI | PASS 1-4 TEMPLATE WORKBOOK |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color w:val="202020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